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494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2466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Хабаровского края</w:t>
      </w:r>
    </w:p>
    <w:p>
      <w:pPr>
        <w:autoSpaceDN w:val="0"/>
        <w:autoSpaceDE w:val="0"/>
        <w:widowControl/>
        <w:spacing w:line="230" w:lineRule="auto" w:before="670" w:after="0"/>
        <w:ind w:left="312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Комитет по образованию администрации Ульчского муниципального района Хабаровского края</w:t>
      </w:r>
    </w:p>
    <w:p>
      <w:pPr>
        <w:autoSpaceDN w:val="0"/>
        <w:autoSpaceDE w:val="0"/>
        <w:widowControl/>
        <w:spacing w:line="230" w:lineRule="auto" w:before="670" w:after="1376"/>
        <w:ind w:left="0" w:right="388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СОШ с. Тахта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274"/>
        </w:trPr>
        <w:tc>
          <w:tcPr>
            <w:tcW w:type="dxa" w:w="30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РАССМОТРЕНО</w:t>
            </w:r>
          </w:p>
        </w:tc>
        <w:tc>
          <w:tcPr>
            <w:tcW w:type="dxa" w:w="37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47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СОГЛАСОВАНО</w:t>
            </w:r>
          </w:p>
        </w:tc>
        <w:tc>
          <w:tcPr>
            <w:tcW w:type="dxa" w:w="30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23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УТВЕРЖДЕНО</w:t>
            </w:r>
          </w:p>
        </w:tc>
      </w:tr>
      <w:tr>
        <w:trPr>
          <w:trHeight w:hRule="exact" w:val="200"/>
        </w:trPr>
        <w:tc>
          <w:tcPr>
            <w:tcW w:type="dxa" w:w="30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Методическим объединением</w:t>
            </w:r>
          </w:p>
        </w:tc>
        <w:tc>
          <w:tcPr>
            <w:tcW w:type="dxa" w:w="37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47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Заместитель директора по УР</w:t>
            </w:r>
          </w:p>
        </w:tc>
        <w:tc>
          <w:tcPr>
            <w:tcW w:type="dxa" w:w="30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23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</w:t>
            </w:r>
          </w:p>
        </w:tc>
      </w:tr>
      <w:tr>
        <w:trPr>
          <w:trHeight w:hRule="exact" w:val="208"/>
        </w:trPr>
        <w:tc>
          <w:tcPr>
            <w:tcW w:type="dxa" w:w="30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учителей естественно-</w:t>
            </w:r>
          </w:p>
        </w:tc>
        <w:tc>
          <w:tcPr>
            <w:tcW w:type="dxa" w:w="3760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98" w:after="0"/>
              <w:ind w:left="47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______________Стрельникова Л.И.</w:t>
            </w:r>
          </w:p>
        </w:tc>
        <w:tc>
          <w:tcPr>
            <w:tcW w:type="dxa" w:w="3060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98" w:after="0"/>
              <w:ind w:left="23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______________Петерс Т.Г.</w:t>
            </w:r>
          </w:p>
        </w:tc>
      </w:tr>
      <w:tr>
        <w:trPr>
          <w:trHeight w:hRule="exact" w:val="276"/>
        </w:trPr>
        <w:tc>
          <w:tcPr>
            <w:tcW w:type="dxa" w:w="30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математического цикла</w:t>
            </w:r>
          </w:p>
        </w:tc>
        <w:tc>
          <w:tcPr>
            <w:tcW w:type="dxa" w:w="3428"/>
            <w:vMerge/>
            <w:tcBorders/>
          </w:tcPr>
          <w:p/>
        </w:tc>
        <w:tc>
          <w:tcPr>
            <w:tcW w:type="dxa" w:w="3428"/>
            <w:vMerge/>
            <w:tcBorders/>
          </w:tcPr>
          <w:p/>
        </w:tc>
      </w:tr>
    </w:tbl>
    <w:p>
      <w:pPr>
        <w:autoSpaceDN w:val="0"/>
        <w:autoSpaceDE w:val="0"/>
        <w:widowControl/>
        <w:spacing w:line="62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374"/>
        </w:trPr>
        <w:tc>
          <w:tcPr>
            <w:tcW w:type="dxa" w:w="31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______________Никитина Т.Н.</w:t>
            </w:r>
          </w:p>
        </w:tc>
        <w:tc>
          <w:tcPr>
            <w:tcW w:type="dxa" w:w="27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41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3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1274" w:firstLine="0"/>
              <w:jc w:val="righ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</w:t>
            </w:r>
          </w:p>
        </w:tc>
      </w:tr>
      <w:tr>
        <w:trPr>
          <w:trHeight w:hRule="exact" w:val="380"/>
        </w:trPr>
        <w:tc>
          <w:tcPr>
            <w:tcW w:type="dxa" w:w="31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27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41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 2022 г.</w:t>
            </w:r>
          </w:p>
        </w:tc>
        <w:tc>
          <w:tcPr>
            <w:tcW w:type="dxa" w:w="33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1098" w:firstLine="0"/>
              <w:jc w:val="righ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2022 г.</w:t>
            </w:r>
          </w:p>
        </w:tc>
      </w:tr>
    </w:tbl>
    <w:p>
      <w:pPr>
        <w:autoSpaceDN w:val="0"/>
        <w:autoSpaceDE w:val="0"/>
        <w:widowControl/>
        <w:spacing w:line="230" w:lineRule="auto" w:before="122" w:after="0"/>
        <w:ind w:left="0" w:right="0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от "" 2022 г.</w:t>
      </w:r>
    </w:p>
    <w:p>
      <w:pPr>
        <w:autoSpaceDN w:val="0"/>
        <w:autoSpaceDE w:val="0"/>
        <w:widowControl/>
        <w:spacing w:line="230" w:lineRule="auto" w:before="1038" w:after="0"/>
        <w:ind w:left="0" w:right="3642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14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4122779)</w:t>
      </w:r>
    </w:p>
    <w:p>
      <w:pPr>
        <w:autoSpaceDN w:val="0"/>
        <w:autoSpaceDE w:val="0"/>
        <w:widowControl/>
        <w:spacing w:line="230" w:lineRule="auto" w:before="166" w:after="0"/>
        <w:ind w:left="0" w:right="401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416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«Информатика»</w:t>
      </w:r>
    </w:p>
    <w:p>
      <w:pPr>
        <w:autoSpaceDN w:val="0"/>
        <w:autoSpaceDE w:val="0"/>
        <w:widowControl/>
        <w:spacing w:line="230" w:lineRule="auto" w:before="670" w:after="0"/>
        <w:ind w:left="0" w:right="272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7 класса основного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3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Огаркова Надежда Николаевна</w:t>
      </w:r>
    </w:p>
    <w:p>
      <w:pPr>
        <w:autoSpaceDN w:val="0"/>
        <w:autoSpaceDE w:val="0"/>
        <w:widowControl/>
        <w:spacing w:line="230" w:lineRule="auto" w:before="70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информатики</w:t>
      </w:r>
    </w:p>
    <w:p>
      <w:pPr>
        <w:sectPr>
          <w:pgSz w:w="11900" w:h="16840"/>
          <w:pgMar w:top="298" w:right="878" w:bottom="1440" w:left="738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380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с.Тахта 2022</w:t>
      </w:r>
    </w:p>
    <w:p>
      <w:pPr>
        <w:sectPr>
          <w:pgSz w:w="11900" w:h="16840"/>
          <w:pgMar w:top="298" w:right="1440" w:bottom="1440" w:left="1440" w:header="720" w:footer="720" w:gutter="0"/>
          <w:cols w:space="720" w:num="1" w:equalWidth="0"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86" w:lineRule="auto" w:before="34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даёт представление о целях, общей стратегии обучения, воспитания и развития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 средствами учебного предмета «Информатика» на базовом уровне; устанавливает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обязательное предметное содержание, предусматривает его структурирование по разделам и темам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курса; даёт распределение учебных часов по тематическим разделам курса и последовательность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изучения с учётом межпредметных и внутрипредметных связей, логики учебного процесса,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возрастных особенностей обучающихся. Рабочая программа определяет количественные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качественные характеристики учебного материала для первого года изучения, в том числе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содержательного наполнения разного вида контроля (промежуточной аттестации обучающихся,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всероссийских проверочных работ, государственной итоговой аттестации).</w:t>
      </w:r>
    </w:p>
    <w:p>
      <w:pPr>
        <w:autoSpaceDN w:val="0"/>
        <w:autoSpaceDE w:val="0"/>
        <w:widowControl/>
        <w:spacing w:line="230" w:lineRule="auto" w:before="192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«ИНФОРМАТИКА»</w:t>
      </w:r>
    </w:p>
    <w:p>
      <w:pPr>
        <w:autoSpaceDN w:val="0"/>
        <w:autoSpaceDE w:val="0"/>
        <w:widowControl/>
        <w:spacing w:line="281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основ мировоззрения, соответствующего современному уровню развития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науки информатики, достижениям научно-технического прогресса и общественной практики, за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счёт развития представлений об информации как о важнейшем стратегическом ресурсе развития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личности, государства, общества; понимания роли информационных процессов,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информационных ресурсов и информационных технологий в условиях цифровой трансформации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многих сфер жизни современного общества;</w:t>
      </w:r>
    </w:p>
    <w:p>
      <w:pPr>
        <w:autoSpaceDN w:val="0"/>
        <w:autoSpaceDE w:val="0"/>
        <w:widowControl/>
        <w:spacing w:line="281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обеспечение условий, способствующих развитию алгоритмического мышления как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необходимого условия профессио​нальной деятельности в современном информационном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обществе, предполагающего способность обучающегося разбивать сложные задачи на более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простые подзадачи; сравнивать новые задачи с задачами, решёнными ранее; определять шаги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достижения результата и т. д.; </w:t>
      </w:r>
    </w:p>
    <w:p>
      <w:pPr>
        <w:autoSpaceDN w:val="0"/>
        <w:autoSpaceDE w:val="0"/>
        <w:widowControl/>
        <w:spacing w:line="276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и развитие компетенций обучающихся в области использования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информационно-коммуникационных технологий, в том числе знаний, умений и навыков работы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информацией, программирования, коммуникации в современных цифровых средах в условиях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обеспечения информационной безопасности личности обучающегося; </w:t>
      </w:r>
    </w:p>
    <w:p>
      <w:pPr>
        <w:autoSpaceDN w:val="0"/>
        <w:autoSpaceDE w:val="0"/>
        <w:widowControl/>
        <w:spacing w:line="276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воспитание ответственного и избирательного отношения к информации с учётом правовых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этических аспектов её распространения, стремления к продолжению образования в области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информационных технологий и созидательной деятельности с применением средств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информационных технологий.</w:t>
      </w:r>
    </w:p>
    <w:p>
      <w:pPr>
        <w:autoSpaceDN w:val="0"/>
        <w:autoSpaceDE w:val="0"/>
        <w:widowControl/>
        <w:spacing w:line="230" w:lineRule="auto" w:before="30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«ИНФОРМАТИКА».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Учебный предмет «Информатика» в основном общем образовании отражает:</w:t>
      </w:r>
    </w:p>
    <w:p>
      <w:pPr>
        <w:autoSpaceDN w:val="0"/>
        <w:autoSpaceDE w:val="0"/>
        <w:widowControl/>
        <w:spacing w:line="262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сущность информатики как научной дисциплины, изучающей закономерности протекания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возможности автоматизации информационных процессов в различных системах;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основные области применения информатики, прежде всего информационные технологии,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управление и социальную сферу;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междисциплинарный характер информатики и информационной деятельности.</w:t>
      </w:r>
    </w:p>
    <w:p>
      <w:pPr>
        <w:autoSpaceDN w:val="0"/>
        <w:autoSpaceDE w:val="0"/>
        <w:widowControl/>
        <w:spacing w:line="276" w:lineRule="auto" w:before="178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Современная школьная информатика оказывает существенное влияние на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мировоззрения школьника, его жизненную позицию, закладывает основы понимания принципов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функционирования и использования информационных технологий как необходимого инструмента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практически любой деятельности и одного из наиболее значимых технологических достижений</w:t>
      </w:r>
    </w:p>
    <w:p>
      <w:pPr>
        <w:sectPr>
          <w:pgSz w:w="11900" w:h="16840"/>
          <w:pgMar w:top="298" w:right="650" w:bottom="432" w:left="666" w:header="720" w:footer="720" w:gutter="0"/>
          <w:cols w:space="720" w:num="1" w:equalWidth="0"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81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современной цивилизации. Многие предметные знания и способы деятельности, освоенные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обучающимися при изучении информатики, находят применение как в рамках образовательного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процесса при изучении других предметных областей, так и в иных жизненных ситуациях, становятся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значимыми для формирования качеств личности, т. е. ориентированы на формирование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метапредметных и личностных результатов обучения.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Основные задачи учебного предмета «Информатика»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сформировать у обучающихся:</w:t>
      </w:r>
    </w:p>
    <w:p>
      <w:pPr>
        <w:autoSpaceDN w:val="0"/>
        <w:autoSpaceDE w:val="0"/>
        <w:widowControl/>
        <w:spacing w:line="271" w:lineRule="auto" w:before="17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понимание принципов устройства и функционирования объектов цифрового окружения,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представления об истории и тенденциях развития информатики периода цифровой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трансформации современного общества;</w:t>
      </w:r>
    </w:p>
    <w:p>
      <w:pPr>
        <w:autoSpaceDN w:val="0"/>
        <w:autoSpaceDE w:val="0"/>
        <w:widowControl/>
        <w:spacing w:line="271" w:lineRule="auto" w:before="192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знания, умения и навыки грамотной постановки задач, возникающих в практической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деятельности, для их решения с помощью информационных технологий; умения и навыки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формализованного описания поставленных задач;</w:t>
      </w:r>
    </w:p>
    <w:p>
      <w:pPr>
        <w:autoSpaceDN w:val="0"/>
        <w:autoSpaceDE w:val="0"/>
        <w:widowControl/>
        <w:spacing w:line="262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базовые знания об информационном моделировании, в том числе о математическом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моделировании;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знание основных алгоритмических структур и умение применять эти знания для построения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алгоритмов решения задач по их математическим моделям;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умения и навыки составления простых программ по построенному алгоритму на одном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языков программирования высокого уровня;</w:t>
      </w:r>
    </w:p>
    <w:p>
      <w:pPr>
        <w:autoSpaceDN w:val="0"/>
        <w:autoSpaceDE w:val="0"/>
        <w:widowControl/>
        <w:spacing w:line="276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умения и навыки эффективного использования основных типов прикладных программ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(приложений) общего назначения и информационных систем для решения с их помощью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практических задач; владение базовыми нормами информационной этики и права, основами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информационной безопасности;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умение грамотно интерпретировать результаты решения практических задач с помощью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информационных технологий, применять полученные результаты в практической деятельности.</w:t>
      </w:r>
    </w:p>
    <w:p>
      <w:pPr>
        <w:autoSpaceDN w:val="0"/>
        <w:autoSpaceDE w:val="0"/>
        <w:widowControl/>
        <w:spacing w:line="271" w:lineRule="auto" w:before="178" w:after="0"/>
        <w:ind w:left="0" w:right="144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 задачи изучения информатики на уровне основного общего образования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определяют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структуру основного содержания учебного предмета в виде следующих четырёх тематических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разделов: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цифровая грамотность;</w:t>
      </w:r>
    </w:p>
    <w:p>
      <w:pPr>
        <w:autoSpaceDN w:val="0"/>
        <w:autoSpaceDE w:val="0"/>
        <w:widowControl/>
        <w:spacing w:line="230" w:lineRule="auto" w:before="192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теоретические основы информатики;</w:t>
      </w:r>
    </w:p>
    <w:p>
      <w:pPr>
        <w:autoSpaceDN w:val="0"/>
        <w:autoSpaceDE w:val="0"/>
        <w:widowControl/>
        <w:spacing w:line="230" w:lineRule="auto" w:before="192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алгоритмы и программирование;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информационные технологии.</w:t>
      </w:r>
    </w:p>
    <w:p>
      <w:pPr>
        <w:autoSpaceDN w:val="0"/>
        <w:autoSpaceDE w:val="0"/>
        <w:widowControl/>
        <w:spacing w:line="230" w:lineRule="auto" w:before="29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«ИНФОРМАТИКА» В УЧЕБНОМ ПЛАНЕ.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системе общего образования «Информатика» признана обязательным учебным предметом,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входящим в состав предметной области «Математика и информатика». 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Учебным планом на изучение информатики в 7 классе на базовом уровне отведено 34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часа — по 1 часу в неделю.</w:t>
      </w:r>
    </w:p>
    <w:p>
      <w:pPr>
        <w:sectPr>
          <w:pgSz w:w="11900" w:h="16840"/>
          <w:pgMar w:top="286" w:right="808" w:bottom="1182" w:left="666" w:header="720" w:footer="720" w:gutter="0"/>
          <w:cols w:space="720" w:num="1" w:equalWidth="0">
            <w:col w:w="10426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autoSpaceDE w:val="0"/>
        <w:widowControl/>
        <w:spacing w:line="230" w:lineRule="auto" w:before="346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ЦИФРОВАЯ ГРАМОТНОСТЬ.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Компьютер — универсальное устройство обработки данных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Компьютер — универсальное вычислительное устройство, работающее по программе. Типы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компьютеров: персональные компьютеры, встроенные компьютеры, суперкомпьютеры. Мобильные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устройства.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Основные компоненты компьютера и их назначение. Процессор. Оперативная и долговременная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память. Устройства ввода и вывода. Сенсорный ввод, датчики мобильных устройств, средства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биометрической аутентификации.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История развития компьютеров и программного обеспечения. Поколения компьютеров.</w:t>
      </w:r>
    </w:p>
    <w:p>
      <w:pPr>
        <w:autoSpaceDN w:val="0"/>
        <w:autoSpaceDE w:val="0"/>
        <w:widowControl/>
        <w:spacing w:line="230" w:lineRule="auto" w:before="7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Современные тенденции развития компьютеров. Суперкомпьютеры.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Параллельные вычисления.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Персональный компьютер. Процессор и его характеристики (тактовая частота, разрядность).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Оперативная память. Долговременная память. Устройства ввода и вывода. Объём хранимых данных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(оперативная память компьютера, жёсткий и твердотельный диск, постоянная память смартфона)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скорость доступа для различных видов носителей.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Техника безопасности и правила работы на компьютере.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Программы и данные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Программное обеспечение компьютера. Прикладное программное обеспечение. Системное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программное обеспечение. Системы программирования. Правовая охрана программ и данных.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Бесплатные и условно-бесплатные программы. Свободное программное обеспечение.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Файлы и папки (каталоги). Принципы построения файловых систем. Полное имя файла (папки).</w:t>
      </w:r>
    </w:p>
    <w:p>
      <w:pPr>
        <w:autoSpaceDN w:val="0"/>
        <w:autoSpaceDE w:val="0"/>
        <w:widowControl/>
        <w:spacing w:line="262" w:lineRule="auto" w:before="70" w:after="0"/>
        <w:ind w:left="0" w:right="144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Путь к файлу (папке). Работа с файлами и каталогами средствами операционной системы: создание,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копирование, перемещение, переименование и удаление файлов и папок (каталогов). Типы файлов.</w:t>
      </w:r>
    </w:p>
    <w:p>
      <w:pPr>
        <w:autoSpaceDN w:val="0"/>
        <w:autoSpaceDE w:val="0"/>
        <w:widowControl/>
        <w:spacing w:line="262" w:lineRule="auto" w:before="70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Свойства файлов. Характерные размеры файлов различных типов (страница текста, электронная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книга, фотография, запись песни, видеоклип, полнометражный фильм). Архивация данных.</w:t>
      </w:r>
    </w:p>
    <w:p>
      <w:pPr>
        <w:autoSpaceDN w:val="0"/>
        <w:autoSpaceDE w:val="0"/>
        <w:widowControl/>
        <w:spacing w:line="262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 программ-архиваторов. Файловый менеджер. Поиск файлов средствами операционной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системы.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Компьютерные вирусы и другие вредоносные программы. Программы для защиты от вирусов.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2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Компьютерные сети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Объединение компьютеров в сеть. Сеть Интернет. Веб-страница, веб-сайт. Структура адресов веб-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ресурсов. Браузер. Поисковые системы. Поиск информации по ключевым словам и по изображению.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Достоверность информации, полученной из Интернета.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Современные сервисы интернет-коммуникаций.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Сетевой этикет, базовые нормы информационной этики и права при работе в сети Интернет.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Стратегии безопасного поведения в Интернете.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ТЕОРЕТИЧЕСКИЕ ОСНОВЫ ИНФОРМАТИКИ.</w:t>
      </w:r>
    </w:p>
    <w:p>
      <w:pPr>
        <w:autoSpaceDN w:val="0"/>
        <w:autoSpaceDE w:val="0"/>
        <w:widowControl/>
        <w:spacing w:line="262" w:lineRule="auto" w:before="190" w:after="0"/>
        <w:ind w:left="180" w:right="374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Информация и информационные процессы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Информация — одно из основных понятий современной науки.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Информация как сведения, предназначенные для восприятия человеком, и информация как данные,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которые могут быть обработаны автоматизированной системой.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Дискретность данных. Возможность описания непрерывных объектов и процессов с помощью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дискретных данных.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Информационные процессы — процессы, связанные с хранением, преобразованием и передачей</w:t>
      </w:r>
    </w:p>
    <w:p>
      <w:pPr>
        <w:sectPr>
          <w:pgSz w:w="11900" w:h="16840"/>
          <w:pgMar w:top="298" w:right="650" w:bottom="324" w:left="666" w:header="720" w:footer="720" w:gutter="0"/>
          <w:cols w:space="720" w:num="1" w:equalWidth="0">
            <w:col w:w="10584" w:space="0"/>
            <w:col w:w="10426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данных.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Представление информации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Символ. Алфавит. Мощность алфавита. Разнообразие языков и алфавитов. Естественные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формальные языки. Алфавит текстов на русском языке. Двоичный алфавит. Количество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всевозможных слов (кодовых комбинаций) фиксированной длины в двоичном алфавите.</w:t>
      </w:r>
    </w:p>
    <w:p>
      <w:pPr>
        <w:autoSpaceDN w:val="0"/>
        <w:autoSpaceDE w:val="0"/>
        <w:widowControl/>
        <w:spacing w:line="262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Преобразование любого алфавита к двоичному. Количество различных слов фиксированной длины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алфавите определённой мощности.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Кодирование символов одного алфавита с помощью кодовых слов в другом алфавите; кодовая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таблица, декодирование.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Двоичный код. Представление данных в компьютере как текстов в двоичном алфавите.</w:t>
      </w:r>
    </w:p>
    <w:p>
      <w:pPr>
        <w:autoSpaceDN w:val="0"/>
        <w:autoSpaceDE w:val="0"/>
        <w:widowControl/>
        <w:spacing w:line="271" w:lineRule="auto" w:before="72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Информационный объём данных. Бит — минимальная единица количества информации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двоичный разряд. Единицы измерения информационного объёма данных. Бит, байт, килобайт,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мегабайт, гигабайт.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Скорость передачи данных. Единицы скорости передачи данных.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Кодирование текстов. Равномерный код. Неравномерный код. Кодировка ASCII. Восьмибитные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кодировки. Понятие о кодировках UNICODE. Декодирование сообщений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равномерного и неравномерного кода. Информационный объём текста.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Искажение информации при передаче.</w:t>
      </w:r>
    </w:p>
    <w:p>
      <w:pPr>
        <w:autoSpaceDN w:val="0"/>
        <w:autoSpaceDE w:val="0"/>
        <w:widowControl/>
        <w:spacing w:line="262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Общее представление о цифровом представлении аудиовизуальных и других непрерывных данных.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Кодирование цвета. Цветовые модели. Модель RGB. Глубина кодирования. Палитра.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Растровое и векторное представление изображений. Пиксель. Оценка информационного объёма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графических данных для растрового изображения.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Кодирование звука. Разрядность и частота записи. Количество каналов записи.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Оценка количественных параметров, связанных с представлением и хранением звуковых файлов.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ИНОФОРМАЦИОННЫЕ ТЕХНОЛОГИИ.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Текстовые документы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Текстовые документы и их структурные элементы (страница, абзац, строка, слово, символ).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Текстовый процессор — инструмент создания, редактирования и форматирования текстов. Правила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набора текста. Редактирование текста. Свойства символов. Шрифт. Типы шрифтов (рубленые,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засечками, моноширинные). Полужирное и курсивное начертание. Свойства абзацев: границы,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абзацный отступ, интервал, выравнивание. Параметры страницы. Стилевое форматирование.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Структурирование информации с помощью списков и таб​лиц. Многоуровневые списки. Добавление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таблиц в текстовые документы.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Вставка изображений в текстовые документы. Обтекание изображений текстом. Включение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текстовый документ диа​грамм, формул, нумерации страниц, колонтитулов, ссылок и др.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Проверка правописания. Расстановка переносов. Голосовой ввод текста. Оптическое распознавание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текста. Компьютерный перевод. Использование сервисов сети Интернет для обработки текста.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Компьютерная графика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Знакомство с графическими редакторами. Растровые рисунки. Использование графических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примитивов.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Операции редактирования графических объектов, в том числе цифровых фотографий: изменение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размера, обрезка, поворот, отражение, работа с областями (выделение, копирование, заливка цветом),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коррекция цвета, яркости и контрастности.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Векторная графика. Создание векторных рисунков встроенными средствами текстового процессора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или других программ (приложений). Добавление векторных рисунков в документы.</w:t>
      </w:r>
    </w:p>
    <w:p>
      <w:pPr>
        <w:sectPr>
          <w:pgSz w:w="11900" w:h="16840"/>
          <w:pgMar w:top="286" w:right="700" w:bottom="368" w:left="666" w:header="720" w:footer="720" w:gutter="0"/>
          <w:cols w:space="720" w:num="1" w:equalWidth="0">
            <w:col w:w="10534" w:space="0"/>
            <w:col w:w="10584" w:space="0"/>
            <w:col w:w="10426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71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Мультимедийные презентации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Подготовка мультимедийных презентаций. Слайд. Добавление на слайд текста и изображений.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Работа с несколькими слайдами.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Добавление на слайд аудиовизуальных данных. Анимация. Гиперссылки.</w:t>
      </w:r>
    </w:p>
    <w:p>
      <w:pPr>
        <w:sectPr>
          <w:pgSz w:w="11900" w:h="16840"/>
          <w:pgMar w:top="298" w:right="1262" w:bottom="1440" w:left="666" w:header="720" w:footer="720" w:gutter="0"/>
          <w:cols w:space="720" w:num="1" w:equalWidth="0">
            <w:col w:w="9972" w:space="0"/>
            <w:col w:w="10534" w:space="0"/>
            <w:col w:w="10584" w:space="0"/>
            <w:col w:w="10426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информатики в 7 классе направлено на достижение обучающимися личностных,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метапредметных и предметных результатов освоения учебного предмета.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66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имеют направленность на решение задач воспитания, развития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социализации обучающихся средствами предмета.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Патриотическое воспитание: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ценностное отношение к отечественному культурному, историческому и научному наследию;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значения информатики как науки в жизни современного общества; владение достоверной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информацией о передовых мировых и отечественных достижениях в области информатики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информационных технологий; заинтересованность в научных знаниях о цифровой трансформации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современного общества.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Духовно-нравственное воспитание: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на моральные ценности и нормы в ситуациях нравственного выбора; готовность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своё поведение и поступки, а также поведение и поступки других людей с позиции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нравственных и правовых норм с учётом осознания последствий поступков; активное неприятие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асоциальных поступков, в том числе в сети Интернет.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Гражданское воспитание: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представление о социальных нормах и правилах межличностных отношений в коллективе, в 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числе в социальных сообществах; соблюдение правил безопасности, в том числе навыков безопасного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поведения в интернет-среде; готовность к разно​образной совместной деятельности при выполнении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учебных, познавательных задач, создании учебных проектов; стремление к взаимопониманию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взаимопомощи в процессе этой учебной деятельности; готовность оценивать своё поведение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поступки своих товарищей с позиции нравственных и правовых норм с учётом осознания последствий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поступков.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Ценности научного познания: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сформированность мировоззренческих представлений об информации, информационных процессах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информационных технологиях, соответствующих современному уровню развития науки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общественной практики и составляющих базовую основу для понимания сущности научной картины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 к обучению и познанию; любознательность; готовность и способность к самообразованию,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осознанному выбору направленности и уровня обучения в дальнейшем;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основными навыками исследовательской деятельности, установка на осмысление опыта,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наблюдений, поступков и стремление совершенствовать пути достижения индивидуального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коллективного благополучия;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сформированность информационной культуры, в том числе навыков самостоятельной работы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учебными текстами, справочной литературой, разнообразными средствами информационных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технологий, а также умения самостоятельно определять цели своего обучения, ставить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для себя новые задачи в учёбе и познавательной деятельности, развивать мотивы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интересы своей познавательной деятельности;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Формирование культуры здоровья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ценности жизни; ответственное отношение к своему здоровью; установка на здоровый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 жизни, в том числе и за счёт освоения и соблюдения требований безопасной эксплуатации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средств информационных и коммуникационных технологий (ИКТ).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>Трудовое воспитание:</w:t>
      </w:r>
    </w:p>
    <w:p>
      <w:pPr>
        <w:sectPr>
          <w:pgSz w:w="11900" w:h="16840"/>
          <w:pgMar w:top="298" w:right="646" w:bottom="312" w:left="666" w:header="720" w:footer="720" w:gutter="0"/>
          <w:cols w:space="720" w:num="1" w:equalWidth="0">
            <w:col w:w="10588" w:space="0"/>
            <w:col w:w="9972" w:space="0"/>
            <w:col w:w="10534" w:space="0"/>
            <w:col w:w="10584" w:space="0"/>
            <w:col w:w="10426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2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1" w:lineRule="auto" w:before="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 к практическому изучению профессий и труда в сферах профессиональной деятельности,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связанных с информатикой, программированием и информационными технологиями, основанными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достижениях науки информатики и научно-технического прогресса;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осознанный выбор и построение индивидуальной траектории образования и жизненных планов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учётом личных и общественных интересов и потребностей.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Экологическое воспитание: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глобального характера экологических проблем и путей их решения, в том числе с учётом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возможностей ИКТ.</w:t>
      </w:r>
    </w:p>
    <w:p>
      <w:pPr>
        <w:autoSpaceDN w:val="0"/>
        <w:tabs>
          <w:tab w:pos="180" w:val="left"/>
        </w:tabs>
        <w:autoSpaceDE w:val="0"/>
        <w:widowControl/>
        <w:spacing w:line="278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Адаптация обучающегося к изменяющимся условиям социальной среды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обучающимися социального опыта, основных социальных ролей, соответствующих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ведущей деятельности возраста, норм и правил общественного поведения, форм социальной жизни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группах и сообществах, в том числе существующих в виртуальном пространстве.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autoSpaceDE w:val="0"/>
        <w:widowControl/>
        <w:spacing w:line="271" w:lineRule="auto" w:before="166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Метапредметные результаты освоения образовательной программы по информатике отражают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универсальными учебными действиями — познавательными, коммуникативными,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регулятивными.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Универсальные познавательные действия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Базовые логические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определять понятия, создавать обобщения, устанавливать аналогии, классифицировать,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самостоятельно выбирать основания и критерии для классификации, устанавливать причинно-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следственные связи, строить логические рассуждения, делать умозаключения (индуктивные,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дедуктивные и по аналогии) и выводы;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создавать, применять и преобразовывать знаки и символы, модели и схемы для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учебных и познавательных задач;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способ решения учебной задачи (сравнивать несколько вариантов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решения, выбирать наиболее подходящий с учётом самостоятельно выделенных критериев).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Базовые исследовательские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вопросы, фиксирующие разрыв между реальным и желательным состоянием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ситуации, объекта, и самостоятельно устанавливать искомое и данное;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на применимость и достоверность информацию, полученную в ходе исследования;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прогнозировать возможное дальнейшее развитие процессов, событий и их последствия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аналогичных или сходных ситуациях, а также выдвигать предположения об их развитии в новых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условиях и контекстах.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Работа с информацией: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дефицит информации, данных, необходимых для решения поставленной задачи;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различные методы, инструменты и запросы при поиске и отборе информации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данных из источников с учётом предложенной учебной задачи и заданных критериев;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выбирать, анализировать, систематизировать и интерпретировать информацию различных видов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 представления;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оптимальную форму представления информации и иллюстрировать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решаемые задачи несложными схемами, диаграммами, иной графикой и их комбинациями;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надёжность информации по критериям, предложенным учителем или сформулированным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эффективно запоминать и систематизировать информацию.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Универсальные коммуникативные действия</w:t>
      </w:r>
    </w:p>
    <w:p>
      <w:pPr>
        <w:sectPr>
          <w:pgSz w:w="11900" w:h="16840"/>
          <w:pgMar w:top="292" w:right="670" w:bottom="338" w:left="666" w:header="720" w:footer="720" w:gutter="0"/>
          <w:cols w:space="720" w:num="1" w:equalWidth="0">
            <w:col w:w="10564" w:space="0"/>
            <w:col w:w="10588" w:space="0"/>
            <w:col w:w="9972" w:space="0"/>
            <w:col w:w="10534" w:space="0"/>
            <w:col w:w="10584" w:space="0"/>
            <w:col w:w="10426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3" w:lineRule="auto" w:before="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Общение: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 свои суждения с суждениями других участников диалога, обнаруживать различие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сходство позиций;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публично представлять результаты выполненного опыта (эксперимента, исследования, проекта);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формат выступления с учётом задач презентации и особенностей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аудитории и в соответствии с ним составлять устные и письменные тексты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иллюстративных материалов.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Совместная деятельность (сотрудничество):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 использовать преимущества командной и индивидуальной работы при решении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конкретной проблемы, в том числе при создании информационного продукта;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принимать цель совместной информационной деятельности по сбору, обработке, передаче,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формализации информации; коллективно строить действия по её достижению: распределять роли,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договариваться, обсуждать процесс и результат совместной работы;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свою часть работы с информацией или информационным продуктом, достигая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качественного результата по своему направлению и координируя свои действия с другими членами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команды;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качество своего вклада в общий информационный продукт по критериям, самостоятельно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сформулированным участниками взаимодействия;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сравнивать результаты с исходной задачей и вклад каждого члена команды в достижение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результатов, разделять сферу ответственности и проявлять готовность к предоставлению отчёта перед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группой.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Универсальные регулятивные действия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Самоорганизация: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в жизненных и учебных ситуациях проблемы, требующие решения;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ориентироваться в различных подходах к принятию решений (индивидуальное принятие решений,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принятие решений в группе);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составлять алгоритм решения задачи (или его часть), выбирать способ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учебной задачи с учётом имеющихся ресурсов и собственных возможностей, аргументировать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предлагаемые варианты решений;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составлять план действий (план реализации намеченного алгоритма решения), корректировать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предложенный алгоритм с учётом получения новых знаний об изучаемом объекте;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делать выбор в условиях противоречивой информации и брать ответственность за решение.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Самоконтроль (рефлексия):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способами самоконтроля, самомотивации и рефлексии;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давать адекватную оценку ситуации и предлагать план её изменения;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учитывать контекст и предвидеть трудности, которые могут возникнуть при решении учебной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задачи, адаптировать решение к меняющимся обстоятельствам;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объяснять причины достижения (недостижения) результатов информационной деятельности, давать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оценку приобретённому опыту, уметь находить позитивное в произошедшей ситуации;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вносить коррективы в деятельность на основе новых обстоятельств, изменившихся ситуаций,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установленных ошибок, возникших трудностей;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оценивать соответствие результата цели и условиям.</w:t>
      </w:r>
    </w:p>
    <w:p>
      <w:pPr>
        <w:autoSpaceDN w:val="0"/>
        <w:autoSpaceDE w:val="0"/>
        <w:widowControl/>
        <w:spacing w:line="262" w:lineRule="auto" w:before="70" w:after="0"/>
        <w:ind w:left="180" w:right="2016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Эмоциональный интеллект: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ставить себя на место другого человека, понимать мотивы и намерения другого.</w:t>
      </w:r>
    </w:p>
    <w:p>
      <w:pPr>
        <w:autoSpaceDN w:val="0"/>
        <w:autoSpaceDE w:val="0"/>
        <w:widowControl/>
        <w:spacing w:line="262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Принятие себя и других: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осознавать невозможность контролировать всё вокруг даже в условиях открытого доступа к любым</w:t>
      </w:r>
    </w:p>
    <w:p>
      <w:pPr>
        <w:sectPr>
          <w:pgSz w:w="11900" w:h="16840"/>
          <w:pgMar w:top="298" w:right="668" w:bottom="368" w:left="666" w:header="720" w:footer="720" w:gutter="0"/>
          <w:cols w:space="720" w:num="1" w:equalWidth="0">
            <w:col w:w="10566" w:space="0"/>
            <w:col w:w="10564" w:space="0"/>
            <w:col w:w="10588" w:space="0"/>
            <w:col w:w="9972" w:space="0"/>
            <w:col w:w="10534" w:space="0"/>
            <w:col w:w="10584" w:space="0"/>
            <w:col w:w="10426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объёмам информации.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66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Предметные результаты освоения обязательного предметного содержания, установленного данной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рабочей программой, отражают сформированность у обучающихся умений:</w:t>
      </w:r>
    </w:p>
    <w:p>
      <w:pPr>
        <w:autoSpaceDN w:val="0"/>
        <w:autoSpaceDE w:val="0"/>
        <w:widowControl/>
        <w:spacing w:line="262" w:lineRule="auto" w:before="178" w:after="0"/>
        <w:ind w:left="42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пояснять на примерах смысл понятий «информация», «информационный процесс»,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«обработка информации», «хранение информации», «передача информации»;</w:t>
      </w:r>
    </w:p>
    <w:p>
      <w:pPr>
        <w:autoSpaceDN w:val="0"/>
        <w:autoSpaceDE w:val="0"/>
        <w:widowControl/>
        <w:spacing w:line="276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кодировать и декодировать сообщения по заданным правилам, демонстрировать понимание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основных принципов кодирования информации различной природы (текстовой, графической,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аудио);сравнивать длины сообщений, записанных в различных алфавитах, оперировать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единицами измерения информационного объёма и скорости передачи данных;</w:t>
      </w:r>
    </w:p>
    <w:p>
      <w:pPr>
        <w:autoSpaceDN w:val="0"/>
        <w:autoSpaceDE w:val="0"/>
        <w:widowControl/>
        <w:spacing w:line="230" w:lineRule="auto" w:before="192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оценивать и сравнивать размеры текстовых, графических, звуковых файлов и видеофайлов;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приводить примеры современных устройств хранения и передачи информации, сравнивать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количественные характеристики;</w:t>
      </w:r>
    </w:p>
    <w:p>
      <w:pPr>
        <w:autoSpaceDN w:val="0"/>
        <w:autoSpaceDE w:val="0"/>
        <w:widowControl/>
        <w:spacing w:line="262" w:lineRule="auto" w:before="190" w:after="0"/>
        <w:ind w:left="42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выделять основные этапы в истории и понимать тенденции развития компьютеров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программного обеспечения;</w:t>
      </w:r>
    </w:p>
    <w:p>
      <w:pPr>
        <w:autoSpaceDN w:val="0"/>
        <w:autoSpaceDE w:val="0"/>
        <w:widowControl/>
        <w:spacing w:line="271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получать и использовать информацию о характеристиках персонального компьютера и 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основных элементах (процессор, оперативная память, долговременная память, уст​рой​ства ввода-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вывода);соотносить характеристики компьютера с задачами, решаемыми с его помощью;</w:t>
      </w:r>
    </w:p>
    <w:p>
      <w:pPr>
        <w:autoSpaceDN w:val="0"/>
        <w:autoSpaceDE w:val="0"/>
        <w:widowControl/>
        <w:spacing w:line="281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ориентироваться в иерархической структуре файловой системы (записывать полное имя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файла (каталога), путь к файлу (каталогу) по имеющемуся описанию файловой структуры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некоторого информационного носителя);работать с файловой системой персонального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компьютера с использованием графического интерфейса, а именно: создавать, копировать,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перемещать, переименовывать, удалять и архивировать файлы и каталоги; 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антивирусную программу;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представлять результаты своей деятельности в виде структурированных иллюстрированных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документов, мультимедийных презентаций;</w:t>
      </w:r>
    </w:p>
    <w:p>
      <w:pPr>
        <w:autoSpaceDN w:val="0"/>
        <w:autoSpaceDE w:val="0"/>
        <w:widowControl/>
        <w:spacing w:line="278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искать информацию в сети Интернет (в том числе по ключевым словам, по изображению),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критически относиться к найденной информации, осознавая опасность для личности и общества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распространения вредоносной информации, в том числе экстремистского и террористического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характера;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понимать структуру адресов веб-ресурсов;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использовать современные сервисы интернет-коммуникаций;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требования безопасной эксплуатации технических средств ИКТ; соблюдать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сетевой этикет, базовые нормы информационной этики и права при работе с приложениями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любых устройствах и в сети Интернет, выбирать безопасные стратегии поведения в сети;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иметь представление о влиянии использования средств ИКТ на здоровье пользователя и уметь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применять методы профилактики.</w:t>
      </w:r>
    </w:p>
    <w:p>
      <w:pPr>
        <w:sectPr>
          <w:pgSz w:w="11900" w:h="16840"/>
          <w:pgMar w:top="286" w:right="708" w:bottom="1032" w:left="666" w:header="720" w:footer="720" w:gutter="0"/>
          <w:cols w:space="720" w:num="1" w:equalWidth="0">
            <w:col w:w="10526" w:space="0"/>
            <w:col w:w="10566" w:space="0"/>
            <w:col w:w="10564" w:space="0"/>
            <w:col w:w="10588" w:space="0"/>
            <w:col w:w="9972" w:space="0"/>
            <w:col w:w="10534" w:space="0"/>
            <w:col w:w="10584" w:space="0"/>
            <w:col w:w="10426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666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96"/>
            <w:vMerge w:val="restart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2042"/>
            <w:vMerge w:val="restart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Наименование разделов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тем программы</w:t>
            </w:r>
          </w:p>
        </w:tc>
        <w:tc>
          <w:tcPr>
            <w:tcW w:type="dxa" w:w="2772"/>
            <w:gridSpan w:val="3"/>
            <w:tcBorders>
              <w:start w:sz="4.800000000000182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6"/>
            <w:vMerge w:val="restart"/>
            <w:tcBorders>
              <w:start w:sz="4.0" w:val="single" w:color="#000000"/>
              <w:top w:sz="4.800000000000068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5570"/>
            <w:vMerge w:val="restart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082"/>
            <w:vMerge w:val="restart"/>
            <w:tcBorders>
              <w:start w:sz="4.800000000000182" w:val="single" w:color="#000000"/>
              <w:top w:sz="4.800000000000068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2774"/>
            <w:vMerge w:val="restart"/>
            <w:tcBorders>
              <w:start w:sz="4.799999999999272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(цифровые)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образовательные ресурсы</w:t>
            </w:r>
          </w:p>
        </w:tc>
      </w:tr>
      <w:tr>
        <w:trPr>
          <w:trHeight w:hRule="exact" w:val="540"/>
        </w:trPr>
        <w:tc>
          <w:tcPr>
            <w:tcW w:type="dxa" w:w="1726"/>
            <w:vMerge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0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</w:tcPr>
          <w:p/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0" w:val="single" w:color="#000000"/>
              <w:top w:sz="4.800000000000068" w:val="single" w:color="#000000"/>
              <w:end w:sz="4.799999999999727" w:val="single" w:color="#000000"/>
              <w:bottom w:sz="4.0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68" w:val="single" w:color="#000000"/>
              <w:end w:sz="4.799999999999272" w:val="single" w:color="#000000"/>
              <w:bottom w:sz="4.0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272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</w:tcPr>
          <w:p/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1.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Теоретические основы информатики.</w:t>
            </w:r>
          </w:p>
        </w:tc>
      </w:tr>
      <w:tr>
        <w:trPr>
          <w:trHeight w:hRule="exact" w:val="207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204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Информация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информационные процессы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02.09.2022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17.09.2022</w:t>
            </w:r>
          </w:p>
        </w:tc>
        <w:tc>
          <w:tcPr>
            <w:tcW w:type="dxa" w:w="557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Раскрывать смысл изучаемых понятий;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Оценивать информацию с позиции её свойств (актуальность, достоверность,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полнота и др.);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Выделять информационную составляющую процессов в биологических,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технических и социальных системах;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Оценивать числовые параметры информационных процессов (объём памяти,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необходимой для хранения информации; скорость передачи информации,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пропускную способность выбранного канала и др.);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082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77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Государственная образовательная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плат- форма «Российская электронная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школа» (https://resh.edu.ru/subject/19/7/)</w:t>
            </w:r>
          </w:p>
          <w:p>
            <w:pPr>
              <w:autoSpaceDN w:val="0"/>
              <w:autoSpaceDE w:val="0"/>
              <w:widowControl/>
              <w:spacing w:line="250" w:lineRule="auto" w:before="210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Сайт bosova.ru: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1.1. Информация и данные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 Информационные процессы</w:t>
            </w:r>
          </w:p>
        </w:tc>
      </w:tr>
      <w:tr>
        <w:trPr>
          <w:trHeight w:hRule="exact" w:val="361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204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Представление информации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6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19.09.2022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15.10.2022</w:t>
            </w:r>
          </w:p>
        </w:tc>
        <w:tc>
          <w:tcPr>
            <w:tcW w:type="dxa" w:w="5570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Раскрывать смысл изучаемых понятий;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Приводить примеры кодирования с использованием различных алфавитов,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встречающихся в жизни;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Кодировать и декодировать сообщения по известным правилам кодирования;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количество различных символов, которые могут быть закодированы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 помощью двоичного кода фиксированной длины (разрядности);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разрядность двоичного кода, необходимого для кодирования всех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символов алфавита заданной мощности;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Подсчитывать количество текстов дан-ной длины в данном алфавите;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Оперировать единицами измерения количества информации (бит, байт,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килобайт, мегабайт, гигабайт);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Кодировать и декодировать текстовую информацию с использованием кодовых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таблиц;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Вычислять информационный объём текста в заданной кодировке;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Оценивать информационный объём графических данных для растрового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изображения;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объём памяти, необходимый для представления и хранения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звукового файла;</w:t>
            </w:r>
          </w:p>
        </w:tc>
        <w:tc>
          <w:tcPr>
            <w:tcW w:type="dxa" w:w="1082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77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Государственная образовательная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плат- форма «Российская электронная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школа» (https://resh.edu.ru/subject/19/7/)</w:t>
            </w:r>
          </w:p>
          <w:p>
            <w:pPr>
              <w:autoSpaceDN w:val="0"/>
              <w:autoSpaceDE w:val="0"/>
              <w:widowControl/>
              <w:spacing w:line="250" w:lineRule="auto" w:before="212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Сайт bosova.ru: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1.3. Представление информации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1.4. Двоичное представление данных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1.5. Измерение информации</w:t>
            </w:r>
          </w:p>
        </w:tc>
      </w:tr>
      <w:tr>
        <w:trPr>
          <w:trHeight w:hRule="exact" w:val="348"/>
        </w:trPr>
        <w:tc>
          <w:tcPr>
            <w:tcW w:type="dxa" w:w="2438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2536"/>
            <w:gridSpan w:val="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2.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Цифровая грамотность.</w:t>
            </w:r>
          </w:p>
        </w:tc>
      </w:tr>
      <w:tr>
        <w:trPr>
          <w:trHeight w:hRule="exact" w:val="186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204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Компьютер - универсальное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устройство обработки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данных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17.10.2022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29.10.2022</w:t>
            </w:r>
          </w:p>
        </w:tc>
        <w:tc>
          <w:tcPr>
            <w:tcW w:type="dxa" w:w="557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Раскрывать смысл изучаемых понятий;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устройства компьютера с точки зрения организации процедур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ввода, хранения, обработки, вывода и передачи информации;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информацию (сигналы о готовности и неполадке) при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включении компьютера;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Получать информацию о характеристиках компьютера;</w:t>
            </w:r>
          </w:p>
        </w:tc>
        <w:tc>
          <w:tcPr>
            <w:tcW w:type="dxa" w:w="1082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77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Государственная образовательная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плат- форма «Российская электронная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школа» (https://resh.edu.ru/subject/19/7/)</w:t>
            </w:r>
          </w:p>
          <w:p>
            <w:pPr>
              <w:autoSpaceDN w:val="0"/>
              <w:autoSpaceDE w:val="0"/>
              <w:widowControl/>
              <w:spacing w:line="252" w:lineRule="auto" w:before="212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Сайт bosova.ru: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 Основные компоненты компью-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тера и их функции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 Программное обеспечение компь-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ютера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466" w:left="666" w:header="720" w:footer="720" w:gutter="0"/>
          <w:cols w:space="720" w:num="1" w:equalWidth="0">
            <w:col w:w="15534" w:space="0"/>
            <w:col w:w="10526" w:space="0"/>
            <w:col w:w="10566" w:space="0"/>
            <w:col w:w="10564" w:space="0"/>
            <w:col w:w="10588" w:space="0"/>
            <w:col w:w="9972" w:space="0"/>
            <w:col w:w="10534" w:space="0"/>
            <w:col w:w="10584" w:space="0"/>
            <w:col w:w="10426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2846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204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Программы и данные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6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07.11.2022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03.12.2022</w:t>
            </w:r>
          </w:p>
        </w:tc>
        <w:tc>
          <w:tcPr>
            <w:tcW w:type="dxa" w:w="5570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Раскрывать смысл изучаемых понятий;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программные средства, необходимые для осуществления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информационных процессов при решении задач;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основные характеристики операционной системы;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Оперировать компьютерными информационными объектами в наглядно-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графическом интерфейсе;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основные операции с файлами и папками;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Оценивать размеры файлов, подготовленных с использованием различных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устройств ввода информации (клавиатуры, сканера, микрофона, фотокамеры,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видеокамеры);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Использовать программы-архиваторы;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Осуществлять защиту информации от компьютерных вирусов с помощью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антивирусных программ;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Планировать и создавать личное информационное пространство;</w:t>
            </w:r>
          </w:p>
        </w:tc>
        <w:tc>
          <w:tcPr>
            <w:tcW w:type="dxa" w:w="1082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77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Государственная образовательная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плат- форма «Российская электронная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школа» (https://resh.edu.ru/subject/19/7/)</w:t>
            </w:r>
          </w:p>
          <w:p>
            <w:pPr>
              <w:autoSpaceDN w:val="0"/>
              <w:autoSpaceDE w:val="0"/>
              <w:widowControl/>
              <w:spacing w:line="250" w:lineRule="auto" w:before="212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Сайт bosova.ru: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2.3. Файлы и каталоги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2.4. Пользовательский интерфейс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2.5. Компьютерные сети</w:t>
            </w:r>
          </w:p>
        </w:tc>
      </w:tr>
      <w:tr>
        <w:trPr>
          <w:trHeight w:hRule="exact" w:val="2076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204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Компьютерные сети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6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05.12.2022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24.12.2022</w:t>
            </w:r>
          </w:p>
        </w:tc>
        <w:tc>
          <w:tcPr>
            <w:tcW w:type="dxa" w:w="5570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Раскрывать смысл изучаемых понятий;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Осуществлять поиск информации по ключевым словам и по изображению;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Проверять достоверность информации, найденной в сети Интернет;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Восстанавливать адрес веб-ресурса из имеющихся фрагментов;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Осуществлять взаимодействие посредством электронной поч​ты,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видеоконференцсвязи;</w:t>
            </w:r>
          </w:p>
        </w:tc>
        <w:tc>
          <w:tcPr>
            <w:tcW w:type="dxa" w:w="1082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77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Государственная образовательная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плат- форма «Российская электронная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школа» (https://resh.edu.ru/subject/19/7/)</w:t>
            </w:r>
          </w:p>
          <w:p>
            <w:pPr>
              <w:autoSpaceDN w:val="0"/>
              <w:autoSpaceDE w:val="0"/>
              <w:widowControl/>
              <w:spacing w:line="252" w:lineRule="auto" w:before="212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Сайт bosova.ru: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2.2. Программное обеспечение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компьютера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2.6. Современные сервисы интернет-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коммуникации и правила 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использования</w:t>
            </w:r>
          </w:p>
        </w:tc>
      </w:tr>
      <w:tr>
        <w:trPr>
          <w:trHeight w:hRule="exact" w:val="350"/>
        </w:trPr>
        <w:tc>
          <w:tcPr>
            <w:tcW w:type="dxa" w:w="2438"/>
            <w:gridSpan w:val="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</w:t>
            </w:r>
          </w:p>
        </w:tc>
        <w:tc>
          <w:tcPr>
            <w:tcW w:type="dxa" w:w="12536"/>
            <w:gridSpan w:val="6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Информационные технологии</w:t>
            </w:r>
          </w:p>
        </w:tc>
      </w:tr>
      <w:tr>
        <w:trPr>
          <w:trHeight w:hRule="exact" w:val="3208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204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Текстовые документы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86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09.01.2023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25.02.2023</w:t>
            </w:r>
          </w:p>
        </w:tc>
        <w:tc>
          <w:tcPr>
            <w:tcW w:type="dxa" w:w="557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Раскрывать смысл изучаемых понятий;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пользовательский интерфейс применяемого программного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средства;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условия и возможности применения программного средства для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решения типовых задач;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Выявлять общее и различия в разных программных продуктах,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предназначенных для решения одного класса задач;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Создавать небольшие текстовые документы посредством квалифицированного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клавиатурного письма с использованием базовых средств текстовых редакторов;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Форматировать текстовые документы (устанавливать параметры страницы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документа; форматировать символы и абзацы; вставлять колонтитулы и номера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страниц);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Вставлять в документ формулы, таблицы, изображения, оформлять списки;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Использовать ссылки и цитирование источников при создании на их основе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собственных информационных объектов;</w:t>
            </w:r>
          </w:p>
        </w:tc>
        <w:tc>
          <w:tcPr>
            <w:tcW w:type="dxa" w:w="1082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77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Государственная образовательная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плат- форма «Российская электронная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школа» (https://resh.edu.ru/subject/19/7/)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Сайт bosova.ru: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3.1. Текстовые документы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технологии их создания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3.2. Создание текстовых документов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компьютере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3.3. Форматирование текста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3.4. Структурирование и визуализация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информации в текстовых документах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3.5. Интеллектуальные возможности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современных систем обработки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3.6. Оценка количественных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параметров текстовых документов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234" w:left="666" w:header="720" w:footer="720" w:gutter="0"/>
          <w:cols w:space="720" w:num="1" w:equalWidth="0">
            <w:col w:w="15534" w:space="0"/>
            <w:col w:w="15534" w:space="0"/>
            <w:col w:w="10526" w:space="0"/>
            <w:col w:w="10566" w:space="0"/>
            <w:col w:w="10564" w:space="0"/>
            <w:col w:w="10588" w:space="0"/>
            <w:col w:w="9972" w:space="0"/>
            <w:col w:w="10534" w:space="0"/>
            <w:col w:w="10584" w:space="0"/>
            <w:col w:w="10426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2270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204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Компьютерная графика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866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27.02.2023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08.04.2023</w:t>
            </w:r>
          </w:p>
        </w:tc>
        <w:tc>
          <w:tcPr>
            <w:tcW w:type="dxa" w:w="5570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Раскрывать смысл изучаемых понятий;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пользовательский интерфейс применяемого программного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средства;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условия и возможности применения программного средства для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решения типовых задач;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Выявлять общее и различия в разных программных продуктах,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предназначенных для решения одного класса задач;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Создавать и редактировать изображения с помощью инструментов растрового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графического редактора;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Создавать и редактировать изображения с помощью инструментов векторного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графического редактора;</w:t>
            </w:r>
          </w:p>
        </w:tc>
        <w:tc>
          <w:tcPr>
            <w:tcW w:type="dxa" w:w="1082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77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Государственная образовательная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плат- форма «Российская электронная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школа» (https://resh.edu.ru/subject/19/7/)</w:t>
            </w:r>
          </w:p>
          <w:p>
            <w:pPr>
              <w:autoSpaceDN w:val="0"/>
              <w:autoSpaceDE w:val="0"/>
              <w:widowControl/>
              <w:spacing w:line="252" w:lineRule="auto" w:before="212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Сайт bosova.ru: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4.1. Формирование изображения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экране монитора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4.2. Компьютерная графика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4.3. Создание и обработка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графических изображении</w:t>
            </w:r>
          </w:p>
        </w:tc>
      </w:tr>
      <w:tr>
        <w:trPr>
          <w:trHeight w:hRule="exact" w:val="1692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204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Мультимедийные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презентации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6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06.05.2023</w:t>
            </w:r>
          </w:p>
        </w:tc>
        <w:tc>
          <w:tcPr>
            <w:tcW w:type="dxa" w:w="5570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Раскрывать смысл изучаемых понятий;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пользовательский интерфейс применяемого программного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средства;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условия и возможности применения программного средства для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решения типовых задач;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Выявлять общее и различия в разных программных продуктах,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предназначенных для решения одного класса задач;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Создавать презентации, используя готовые шаблоны;</w:t>
            </w:r>
          </w:p>
        </w:tc>
        <w:tc>
          <w:tcPr>
            <w:tcW w:type="dxa" w:w="1082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77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Государственная образовательная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плат- форма «Российская электронная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школа» (https://resh.edu.ru/subject/19/7/)</w:t>
            </w:r>
          </w:p>
          <w:p>
            <w:pPr>
              <w:autoSpaceDN w:val="0"/>
              <w:autoSpaceDE w:val="0"/>
              <w:widowControl/>
              <w:spacing w:line="250" w:lineRule="auto" w:before="210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Сайт bosova.ru: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5.1. Технология мультимедиа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5.2. Компьютерные презентации</w:t>
            </w:r>
          </w:p>
        </w:tc>
      </w:tr>
      <w:tr>
        <w:trPr>
          <w:trHeight w:hRule="exact" w:val="348"/>
        </w:trPr>
        <w:tc>
          <w:tcPr>
            <w:tcW w:type="dxa" w:w="2438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</w:t>
            </w:r>
          </w:p>
        </w:tc>
        <w:tc>
          <w:tcPr>
            <w:tcW w:type="dxa" w:w="12536"/>
            <w:gridSpan w:val="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2438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Резервное время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2536"/>
            <w:gridSpan w:val="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22"/>
        </w:trPr>
        <w:tc>
          <w:tcPr>
            <w:tcW w:type="dxa" w:w="2438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ОБЩЕЕ КОЛИЧЕСТВО ЧАСОВ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 ПРОГРАММЕ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</w:t>
            </w:r>
          </w:p>
        </w:tc>
        <w:tc>
          <w:tcPr>
            <w:tcW w:type="dxa" w:w="10292"/>
            <w:gridSpan w:val="4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526" w:space="0"/>
            <w:col w:w="10566" w:space="0"/>
            <w:col w:w="10564" w:space="0"/>
            <w:col w:w="10588" w:space="0"/>
            <w:col w:w="9972" w:space="0"/>
            <w:col w:w="10534" w:space="0"/>
            <w:col w:w="10584" w:space="0"/>
            <w:col w:w="10426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0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146"/>
            <w:vMerge w:val="restart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64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Цели изучения предмета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"Информатика". Техника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безопасности и правила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работы на компьютере.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Информация и данные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Информационные процессы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Формы представления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информации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Двоичное представление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информации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Равномерные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неравномерные двоичные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коды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Измерение информации.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Проверочная работа.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Компьютеры, 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разнообразие, устройства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функции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82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История и современные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тенденции развития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компьютеров.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Персональный компьютер.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 №1.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«Включение ком- пьютера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получение информации 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его харак- теристиках»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0526" w:space="0"/>
            <w:col w:w="10566" w:space="0"/>
            <w:col w:w="10564" w:space="0"/>
            <w:col w:w="10588" w:space="0"/>
            <w:col w:w="9972" w:space="0"/>
            <w:col w:w="10534" w:space="0"/>
            <w:col w:w="10584" w:space="0"/>
            <w:col w:w="10426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3516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Программное обеспечение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компьютера. 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 №2. «Изучение эле-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ментов интерфейса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используемой операцион-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ной системы». 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 №3. «Защита инфор-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мации от компьютерных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вирусов с помощью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антивирусных программ»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Файлы и каталоги (папки).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 №4.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«Поиск файлов средствами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операционной системы»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 с файлами.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 №5.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«Выполнение ос- новных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операций с файлами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папками»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4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Пользовательский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интерфейс. Практическая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 №6. «Сравнение раз-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меров текстовых,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графических, звуковых и ви-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деофайлов». 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№7. «Использование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программы-архиватора»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Компьютерные сети.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Передача информации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компьютерных сетях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Адресация в сети Интернет.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 №8.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«Поиск информации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ключевым словам и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изображению»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48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Современные сервисы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интернет-коммуникаций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правила их использования.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 №9.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«Использование сервисов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интернет-коммуникаций».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Проверочная работа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24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0526" w:space="0"/>
            <w:col w:w="10566" w:space="0"/>
            <w:col w:w="10564" w:space="0"/>
            <w:col w:w="10588" w:space="0"/>
            <w:col w:w="9972" w:space="0"/>
            <w:col w:w="10534" w:space="0"/>
            <w:col w:w="10584" w:space="0"/>
            <w:col w:w="10426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526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Текстовые документы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технологии их созда ния.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Создание текстовых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документов на ком пьютере.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 №10.</w:t>
            </w:r>
          </w:p>
          <w:p>
            <w:pPr>
              <w:autoSpaceDN w:val="0"/>
              <w:autoSpaceDE w:val="0"/>
              <w:widowControl/>
              <w:spacing w:line="286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«Создание небольших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текстовых документов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посредством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квалифицированного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клавиатурного письма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использованием базовых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средств текстовых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редакторов»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516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Способы форматирования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текста. Практическая работа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№11. «Форматирование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текстовых документов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(установка параметров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страницы документа;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форматирование символов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абзацев; вставка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колонтитулов и номеров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страниц)»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Структурирование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информации в текстовых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документах. 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№12. «Оформление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списков и таблиц»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51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Визуализация информации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текстовых доку ментах.</w:t>
            </w:r>
          </w:p>
          <w:p>
            <w:pPr>
              <w:autoSpaceDN w:val="0"/>
              <w:autoSpaceDE w:val="0"/>
              <w:widowControl/>
              <w:spacing w:line="281" w:lineRule="auto" w:before="72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 №13.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«Вставка изоб ражений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других нетекстовых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элементов в текстовые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документы»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Интеллектуальные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возможности современных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систем обработки текстов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35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526" w:space="0"/>
            <w:col w:w="10566" w:space="0"/>
            <w:col w:w="10564" w:space="0"/>
            <w:col w:w="10588" w:space="0"/>
            <w:col w:w="9972" w:space="0"/>
            <w:col w:w="10534" w:space="0"/>
            <w:col w:w="10584" w:space="0"/>
            <w:col w:w="10426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508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Оценка количественных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параметров тексто вых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документов. 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№14. «Определение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кода символа в разных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кодировках в тексто вом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процессоре»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Обобщение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систематизация знаний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теме «Текстовые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документы». Проверочная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250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Формирование изображения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экране мони тора.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Кодирование цвета.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 №15.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«Определение кода цвета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палитре RGB в графическом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 дакторе»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Компьютерная графика.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 №16.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«Сохранение растрового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графического изображения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 ных форматах»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Создание и редактирование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растровых графи ческих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объектов. Практическая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№17. «Создание мно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гослойных растровых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изображений»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Цифровые фотографии.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 №18.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«Основные при емы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редактирования цифровых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фотографий»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48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Векторная графика.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 №19.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«Создание и редактирование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изображения с помощью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инструментов векторного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графического редактора»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Проверочная работа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24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526" w:space="0"/>
            <w:col w:w="10566" w:space="0"/>
            <w:col w:w="10564" w:space="0"/>
            <w:col w:w="10588" w:space="0"/>
            <w:col w:w="9972" w:space="0"/>
            <w:col w:w="10534" w:space="0"/>
            <w:col w:w="10584" w:space="0"/>
            <w:col w:w="10426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Технология мультимедиа.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 и видео.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50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Кодирование звука.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 №20.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«Запись звуковых файлов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различным качеством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звучания (глубиной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кодирования и частотой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дискретизации)»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Компьютерная презентация.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Рекомендации по созданию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презентаций.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Создание мультимедийной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презентации. 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№21. «Создание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презентации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гиперссылками на основе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готовых шаблонов»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Обобщение представлений 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цифровом кодировании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непрерывных данных.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Проверочная работа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Обобщение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систематизация знаний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умений по курсу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информатики 7 класса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3650"/>
            <w:gridSpan w:val="2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</w:t>
            </w:r>
          </w:p>
        </w:tc>
        <w:tc>
          <w:tcPr>
            <w:tcW w:type="dxa" w:w="2882"/>
            <w:gridSpan w:val="2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526" w:space="0"/>
            <w:col w:w="10566" w:space="0"/>
            <w:col w:w="10564" w:space="0"/>
            <w:col w:w="10588" w:space="0"/>
            <w:col w:w="9972" w:space="0"/>
            <w:col w:w="10534" w:space="0"/>
            <w:col w:w="10584" w:space="0"/>
            <w:col w:w="10426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Информатика, 7 класс /Семакин И.Г., Залогова Л.А., Русаков С.В., Шестакова Л.В., ООО «БИНОМ.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Лаборатория знаний»; АО «Издательство 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62" w:lineRule="auto" w:before="166" w:after="0"/>
        <w:ind w:left="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Информатика, 7 класс /Босова Л.Л., Босова А.Ю., ООО «БИНОМ. Лаборатория знаний»; АО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«Издательство Просвещение»;</w:t>
      </w:r>
    </w:p>
    <w:p>
      <w:pPr>
        <w:autoSpaceDN w:val="0"/>
        <w:autoSpaceDE w:val="0"/>
        <w:widowControl/>
        <w:spacing w:line="262" w:lineRule="auto" w:before="408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Информатика: методическое пособие для 7-9 классов / Л.Л. Босова; А.Ю. Босова / М.: БИНОМ.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Лаборатория знаний, 2015. – 472 с.: ил.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Сайт bosova.ru: https://bosova.ru/metodist/authors/informatika/3/7kl.php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62" w:lineRule="auto" w:before="166" w:after="0"/>
        <w:ind w:left="0" w:right="230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Государственная образовательная платформа «Российская электронная школа»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(https://resh.edu.ru/subject/19/7/)</w:t>
      </w:r>
    </w:p>
    <w:p>
      <w:pPr>
        <w:autoSpaceDN w:val="0"/>
        <w:autoSpaceDE w:val="0"/>
        <w:widowControl/>
        <w:spacing w:line="262" w:lineRule="auto" w:before="406" w:after="0"/>
        <w:ind w:left="0" w:right="532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Сайт bosova.ru: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Интерактивные тесты к новому учебнику 7 класса</w:t>
      </w:r>
    </w:p>
    <w:p>
      <w:pPr>
        <w:autoSpaceDN w:val="0"/>
        <w:autoSpaceDE w:val="0"/>
        <w:widowControl/>
        <w:spacing w:line="271" w:lineRule="auto" w:before="406" w:after="0"/>
        <w:ind w:left="0" w:right="518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Глава 1. Информация и информационные процессы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Тест «Информация и данные»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1 https://onlinetestpad.com/n7osdjteabn7m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2 https://onlinetestpad.com/bkcvz2kaqzuhg</w:t>
      </w:r>
    </w:p>
    <w:p>
      <w:pPr>
        <w:autoSpaceDN w:val="0"/>
        <w:autoSpaceDE w:val="0"/>
        <w:widowControl/>
        <w:spacing w:line="262" w:lineRule="auto" w:before="406" w:after="0"/>
        <w:ind w:left="0" w:right="547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Тест «Информационные процессы»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1 https://onlinetestpad.com/gtec6oxongeaw</w:t>
      </w:r>
    </w:p>
    <w:p>
      <w:pPr>
        <w:autoSpaceDN w:val="0"/>
        <w:autoSpaceDE w:val="0"/>
        <w:widowControl/>
        <w:spacing w:line="230" w:lineRule="auto" w:before="40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2 https://onlinetestpad.com/37ek7dq6mykpu</w:t>
      </w:r>
    </w:p>
    <w:p>
      <w:pPr>
        <w:autoSpaceDN w:val="0"/>
        <w:autoSpaceDE w:val="0"/>
        <w:widowControl/>
        <w:spacing w:line="262" w:lineRule="auto" w:before="408" w:after="0"/>
        <w:ind w:left="0" w:right="532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Тест «Представление информации»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1 https://onlinetestpad.com/cwzpeuyxzmuuc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2 https://onlinetestpad.com/xc4gitxoqcbje</w:t>
      </w:r>
    </w:p>
    <w:p>
      <w:pPr>
        <w:autoSpaceDN w:val="0"/>
        <w:autoSpaceDE w:val="0"/>
        <w:widowControl/>
        <w:spacing w:line="262" w:lineRule="auto" w:before="406" w:after="0"/>
        <w:ind w:left="0" w:right="532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Тест «Двоичное представление данных»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1 https://onlinetestpad.com/nynqdukgkuv76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2 https://onlinetestpad.com/rtolycaz4tul4</w:t>
      </w:r>
    </w:p>
    <w:p>
      <w:pPr>
        <w:autoSpaceDN w:val="0"/>
        <w:autoSpaceDE w:val="0"/>
        <w:widowControl/>
        <w:spacing w:line="262" w:lineRule="auto" w:before="406" w:after="0"/>
        <w:ind w:left="0" w:right="547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Тест «Измерение информации»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1 https://onlinetestpad.com/g7jdy54f6jggy</w:t>
      </w:r>
    </w:p>
    <w:p>
      <w:pPr>
        <w:sectPr>
          <w:pgSz w:w="11900" w:h="16840"/>
          <w:pgMar w:top="298" w:right="650" w:bottom="45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526" w:space="0"/>
            <w:col w:w="10566" w:space="0"/>
            <w:col w:w="10564" w:space="0"/>
            <w:col w:w="10588" w:space="0"/>
            <w:col w:w="9972" w:space="0"/>
            <w:col w:w="10534" w:space="0"/>
            <w:col w:w="10584" w:space="0"/>
            <w:col w:w="10426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2 https://onlinetestpad.com/xlkphhratg364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Итоговое тестирование по главе 1 https://onlinetestpad.com/ln2qchumy3ctg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Глава 2. Компьютер — универсальное устройство обработки данных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Тест «Основные компоненты компьютера и их функции»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1 https://onlinetestpad.com/llov2eejhfnso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2 https://onlinetestpad.com/otnj5zvbybaqy</w:t>
      </w:r>
    </w:p>
    <w:p>
      <w:pPr>
        <w:autoSpaceDN w:val="0"/>
        <w:autoSpaceDE w:val="0"/>
        <w:widowControl/>
        <w:spacing w:line="230" w:lineRule="auto" w:before="40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Тест «Программное обеспечение компьютера»</w:t>
      </w:r>
    </w:p>
    <w:p>
      <w:pPr>
        <w:autoSpaceDN w:val="0"/>
        <w:autoSpaceDE w:val="0"/>
        <w:widowControl/>
        <w:spacing w:line="230" w:lineRule="auto" w:before="40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1 https://onlinetestpad.com/slnc4igohcsla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2 https://onlinetestpad.com/d3ovxjpgmqayi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Тест «Файлы и каталоги»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1 https://onlinetestpad.com/p3yilhgkoldro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2 https://onlinetestpad.com/7xdxhn7ogiaqs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Тест «Пользовательский интерфейс»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1 https://onlinetestpad.com/oo3atahddyz4e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2 https://onlinetestpad.com/z4tzplahciuby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Тест «Компьютерные сети»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1 https://onlinetestpad.com/snhm7c5r66n74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2 https://onlinetestpad.com/rrsn6gwpee62m</w:t>
      </w:r>
    </w:p>
    <w:p>
      <w:pPr>
        <w:autoSpaceDN w:val="0"/>
        <w:autoSpaceDE w:val="0"/>
        <w:widowControl/>
        <w:spacing w:line="230" w:lineRule="auto" w:before="40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Тест «Современные сервисы интернет-коммуникаций и правила их использования»</w:t>
      </w:r>
    </w:p>
    <w:p>
      <w:pPr>
        <w:autoSpaceDN w:val="0"/>
        <w:autoSpaceDE w:val="0"/>
        <w:widowControl/>
        <w:spacing w:line="230" w:lineRule="auto" w:before="7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1 https://onlinetestpad.com/2xmxx742lqor6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2 https://onlinetestpad.com/uem6ss6xxbzu4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Итоговое тестирование по главе https://onlinetestpad.com/6j75eeht5ex4s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Глава 3. Обработка текстовой информации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Тест «Текстовые документы и технология их создания»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1 https://onlinetestpad.com/phkcmmnphtd7i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2 https://onlinetestpad.com/q6oaattpoc7ga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Тест «Создание текстовых документов на компьютере»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1 https://onlinetestpad.com/efhse4ftf6onk</w:t>
      </w:r>
    </w:p>
    <w:p>
      <w:pPr>
        <w:sectPr>
          <w:pgSz w:w="11900" w:h="16840"/>
          <w:pgMar w:top="316" w:right="1440" w:bottom="408" w:left="666" w:header="720" w:footer="720" w:gutter="0"/>
          <w:cols w:space="720" w:num="1" w:equalWidth="0">
            <w:col w:w="979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526" w:space="0"/>
            <w:col w:w="10566" w:space="0"/>
            <w:col w:w="10564" w:space="0"/>
            <w:col w:w="10588" w:space="0"/>
            <w:col w:w="9972" w:space="0"/>
            <w:col w:w="10534" w:space="0"/>
            <w:col w:w="10584" w:space="0"/>
            <w:col w:w="10426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34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2 https://onlinetestpad.com/uifosq5dziccm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Тест «Форматирование текста»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1 https://onlinetestpad.com/zlz4t5bzmxizm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2 https://onlinetestpad.com/ztaxsb36n6ryk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Тест «Структурирование и визуализация информации в текстовых документах»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1 https://onlinetestpad.com/fr52lxzomme4w</w:t>
      </w:r>
    </w:p>
    <w:p>
      <w:pPr>
        <w:autoSpaceDN w:val="0"/>
        <w:autoSpaceDE w:val="0"/>
        <w:widowControl/>
        <w:spacing w:line="230" w:lineRule="auto" w:before="40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2 https://onlinetestpad.com/kwcmynkxjix6c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Тест «Инструменты распознавания текстов и компьютерного перевода»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1 https://onlinetestpad.com/rvxq4su346w3y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2 https://onlinetestpad.com/l5i4wrmaierek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Тест «Оценка количественных параметров текстовых документов»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1 https://onlinetestpad.com/ropaozfxueeao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2 https://onlinetestpad.com/ort6it3thlfom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Итоговое тестирование по главе 3 https://onlinetestpad.com/6modgyvryjfyo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Глава 4. Обработка графической информации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Тест «Формирование изображения на экране монитора»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1 https://onlinetestpad.com/6iigqkxiromgu</w:t>
      </w:r>
    </w:p>
    <w:p>
      <w:pPr>
        <w:autoSpaceDN w:val="0"/>
        <w:autoSpaceDE w:val="0"/>
        <w:widowControl/>
        <w:spacing w:line="230" w:lineRule="auto" w:before="74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2 https://onlinetestpad.com/3ym2nfb4uh6uu</w:t>
      </w:r>
    </w:p>
    <w:p>
      <w:pPr>
        <w:autoSpaceDN w:val="0"/>
        <w:autoSpaceDE w:val="0"/>
        <w:widowControl/>
        <w:spacing w:line="230" w:lineRule="auto" w:before="40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Тест «Компьютерная графика»</w:t>
      </w:r>
    </w:p>
    <w:p>
      <w:pPr>
        <w:autoSpaceDN w:val="0"/>
        <w:autoSpaceDE w:val="0"/>
        <w:widowControl/>
        <w:spacing w:line="230" w:lineRule="auto" w:before="7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1 https://onlinetestpad.com/s76wamga2jrlq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2 https://onlinetestpad.com/25pmol3jmkiik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Тест «Создание и и обработка графических изображений»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1 https://onlinetestpad.com/z74xg2tg6clsk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2 https://onlinetestpad.com/t7zfdigcwuzs4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Итоговое тестирование по главе 4 https://onlinetestpad.com/mp54p3qze7p3s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Глава 5. Мультимедиа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Тест «Технология мультимедиа»</w:t>
      </w:r>
    </w:p>
    <w:p>
      <w:pPr>
        <w:sectPr>
          <w:pgSz w:w="11900" w:h="16840"/>
          <w:pgMar w:top="454" w:right="1440" w:bottom="438" w:left="666" w:header="720" w:footer="720" w:gutter="0"/>
          <w:cols w:space="720" w:num="1" w:equalWidth="0">
            <w:col w:w="9794" w:space="0"/>
            <w:col w:w="979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526" w:space="0"/>
            <w:col w:w="10566" w:space="0"/>
            <w:col w:w="10564" w:space="0"/>
            <w:col w:w="10588" w:space="0"/>
            <w:col w:w="9972" w:space="0"/>
            <w:col w:w="10534" w:space="0"/>
            <w:col w:w="10584" w:space="0"/>
            <w:col w:w="10426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1 https://onlinetestpad.com/iff6turcjyc7y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2 https://onlinetestpad.com/tyeipklpco3m6</w:t>
      </w:r>
    </w:p>
    <w:p>
      <w:pPr>
        <w:autoSpaceDN w:val="0"/>
        <w:autoSpaceDE w:val="0"/>
        <w:widowControl/>
        <w:spacing w:line="262" w:lineRule="auto" w:before="406" w:after="0"/>
        <w:ind w:left="0" w:right="489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Тест «Компьютерные презентации»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1 https://onlinetestpad.com/6vtblqhlstnro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Вариант 2 https://onlinetestpad.com/e4axo4vdjsax2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Итоговое тестирование по главе 5 https://onlinetestpad.com/2kir3brtrz3zs</w:t>
      </w:r>
    </w:p>
    <w:p>
      <w:pPr>
        <w:autoSpaceDN w:val="0"/>
        <w:autoSpaceDE w:val="0"/>
        <w:widowControl/>
        <w:spacing w:line="230" w:lineRule="auto" w:before="744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Презентации к новому учебнику информатики 7 класса</w:t>
      </w:r>
    </w:p>
    <w:p>
      <w:pPr>
        <w:autoSpaceDN w:val="0"/>
        <w:autoSpaceDE w:val="0"/>
        <w:widowControl/>
        <w:spacing w:line="290" w:lineRule="auto" w:before="406" w:after="0"/>
        <w:ind w:left="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Глава 1. Информация и информационные процессы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1.1. Информация и данные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1.2. Информационные процессы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1.3. Представление информации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1.4. Двоичное представление данных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1.5. Измерение информации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Глава 2. Компьютер — универсальное устройство обработки данных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2.1. Основные компоненты компьютера и их функции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2.2. Программное обеспечение компьютера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2.3. Файлы и каталоги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2.4. Пользовательский интерфейс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2.5. Компьютерные сети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2.6. Современные сервисы интернет-коммуникации и правила их использования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Глава 3. Обработка текстовой информации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3.1. Текстовые документы и технологии их создания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3.2. Создание текстовых документов на компьютере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3.3. Форматирование текста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3.4. Структурирование и визуализация информации в текстовых документах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3.5. Интеллектуальные возможности современных систем обработки текстов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3.6. Оценка количественных параметров текстовых документов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Глава 4. Обработка графической информации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4.1. Формирование изображения на экране монитора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4.2. Компьютерная графика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4.3. Создание и обработка графических изображении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Глава 5. Мультимедиа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5.1. Технология мультимедиа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5.2. Компьютерные презентации</w:t>
      </w:r>
    </w:p>
    <w:p>
      <w:pPr>
        <w:sectPr>
          <w:pgSz w:w="11900" w:h="16840"/>
          <w:pgMar w:top="286" w:right="1440" w:bottom="1278" w:left="666" w:header="720" w:footer="720" w:gutter="0"/>
          <w:cols w:space="720" w:num="1" w:equalWidth="0">
            <w:col w:w="9794" w:space="0"/>
            <w:col w:w="9794" w:space="0"/>
            <w:col w:w="979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526" w:space="0"/>
            <w:col w:w="10566" w:space="0"/>
            <w:col w:w="10564" w:space="0"/>
            <w:col w:w="10588" w:space="0"/>
            <w:col w:w="9972" w:space="0"/>
            <w:col w:w="10534" w:space="0"/>
            <w:col w:w="10584" w:space="0"/>
            <w:col w:w="10426" w:space="0"/>
            <w:col w:w="10584" w:space="0"/>
            <w:col w:w="902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2" w:lineRule="auto" w:before="346" w:after="0"/>
        <w:ind w:left="0" w:right="604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компьютер, мультимедийное оборудование</w:t>
      </w:r>
    </w:p>
    <w:p>
      <w:pPr>
        <w:autoSpaceDN w:val="0"/>
        <w:autoSpaceDE w:val="0"/>
        <w:widowControl/>
        <w:spacing w:line="302" w:lineRule="auto" w:before="262" w:after="0"/>
        <w:ind w:left="0" w:right="302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 ПРАКТИЧЕСКИХ РАБОТ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PascalABC, Кумир, OpenOffice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9794" w:space="0"/>
            <w:col w:w="9794" w:space="0"/>
            <w:col w:w="979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526" w:space="0"/>
            <w:col w:w="10566" w:space="0"/>
            <w:col w:w="10564" w:space="0"/>
            <w:col w:w="10588" w:space="0"/>
            <w:col w:w="9972" w:space="0"/>
            <w:col w:w="10534" w:space="0"/>
            <w:col w:w="10584" w:space="0"/>
            <w:col w:w="10426" w:space="0"/>
            <w:col w:w="10584" w:space="0"/>
            <w:col w:w="9020" w:space="0"/>
            <w:col w:w="102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9794" w:space="0"/>
        <w:col w:w="9794" w:space="0"/>
        <w:col w:w="979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0526" w:space="0"/>
        <w:col w:w="10566" w:space="0"/>
        <w:col w:w="10564" w:space="0"/>
        <w:col w:w="10588" w:space="0"/>
        <w:col w:w="9972" w:space="0"/>
        <w:col w:w="10534" w:space="0"/>
        <w:col w:w="10584" w:space="0"/>
        <w:col w:w="10426" w:space="0"/>
        <w:col w:w="10584" w:space="0"/>
        <w:col w:w="9020" w:space="0"/>
        <w:col w:w="102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